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WELCOME REMARKS</w:t>
      </w:r>
    </w:p>
    <w:p>
      <w:pPr>
        <w:jc w:val="center"/>
      </w:pPr>
      <w:r>
        <w:rPr>
          <w:b/>
        </w:rPr>
        <w:t>23rd CHURCH ANNIVERSARY</w:t>
        <w:br/>
      </w:r>
      <w:r>
        <w:rPr>
          <w:i/>
        </w:rPr>
        <w:t>"The Lord has done great things for us, and we are filled with joy." – Psalm 126:3</w:t>
      </w:r>
    </w:p>
    <w:p>
      <w:r>
        <w:t>Good morning/afternoon/evening!</w:t>
      </w:r>
    </w:p>
    <w:p>
      <w:r>
        <w:t>It is a great joy and privilege to welcome each of you to this very special celebration—our church’s 23rd Anniversary.</w:t>
      </w:r>
    </w:p>
    <w:p>
      <w:r>
        <w:t>Today we gather with one purpose: to thank God and give Him all the glory for His faithfulness throughout these 23 years.</w:t>
      </w:r>
    </w:p>
    <w:p>
      <w:r>
        <w:t>As we look back, we recognize that the years have passed, circumstances have changed, and we have experienced many different seasons, yet God has remained faithful.</w:t>
      </w:r>
    </w:p>
    <w:p>
      <w:r>
        <w:t>Today we can gratefully declare: “Thus far the Lord has helped us!”</w:t>
      </w:r>
    </w:p>
    <w:p>
      <w:r>
        <w:t>We thank God for every pastor, leader, family, member, volunteer, and everyone who has contributed to the work of the Lord.</w:t>
      </w:r>
    </w:p>
    <w:p>
      <w:r>
        <w:t>We also extend a warm welcome to all our guests and friends. Thank you for joining us on this meaningful occasion.</w:t>
      </w:r>
    </w:p>
    <w:p>
      <w:r>
        <w:t>If this is your first time with us, please know that you are warmly welcomed. We hope you feel at home and experience the presence of God.</w:t>
      </w:r>
    </w:p>
    <w:p>
      <w:r>
        <w:t>Today we celebrate not only what God has done in the past, but also what He is doing today and what He will continue to do in the future.</w:t>
      </w:r>
    </w:p>
    <w:p>
      <w:r>
        <w:t>These 23 years are not the end of the story—they are part of what God still has in store for this church.</w:t>
      </w:r>
    </w:p>
    <w:p>
      <w:r>
        <w:t>Let us open our hearts, worship the Lord with joy, and give thanks for His faithfulness.</w:t>
      </w:r>
    </w:p>
    <w:p>
      <w:r>
        <w:t>Church family: 23 years of blessings, 23 years of faithfulness, and 23 years of seeing the hand of God!</w:t>
      </w:r>
    </w:p>
    <w:p>
      <w:r>
        <w:t>Once again, welcome to our 23rd Anniversary Celebration.</w:t>
      </w:r>
    </w:p>
    <w:p>
      <w:r>
        <w:t>May God bless this service, bless every family represented here, and may all the glory and honor belong to our Lord Jesus Christ.</w:t>
      </w:r>
    </w:p>
    <w:p>
      <w:r>
        <w:t>Welcome, and let us celebrate together!</w:t>
      </w:r>
    </w:p>
    <w:p>
      <w:r>
        <w:t>Thus far the Lord has helped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